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פשוטו מול מליצתו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המובן המילולי (פשוטו) לבין המשמעות המושאלת (מליצתו)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כפל משמעות במילים הנשמעות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משחקי מילים מהסוג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המובן המילולי, מה שמצויר ממש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המשמעות הנוספת שמשתמשים בה בשפה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כָּתוּשׁ נשמע כמו כְּטוּשׁ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דמיון בצליל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לחדד את החשיבה על משמעויות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פשוטו הוא המובן המילולי, מליצתו היא משמעות נוספת ושונה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כָּתוּשׁ נשמע כמו כְּטוּשׁ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העיקרון המרכזי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בתמונה השום מצויר כמו טוש, לא כמו צבעי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המדויקת של המושג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מילה לכפל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(נשמע כמו 'כטוש' - טוש לכתיבה)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(יכול להתפרש גם כמילת חיבה)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(פרי, אך גם כינוי לדבר מגוחך)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(עוף, אך גם כינוי לדבר לא אמיתי)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(בעל חיים, אך גם כינוי לאדם לא חכם)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מושאלת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הומופון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מילה בעלת כפל משמעות, מסביר/ה את שני הפירושים ומתאר/ת רעיון ויזואלי המשלב ביניהם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פשוטו - המובן המילולי (שום מרוסק), מליצתו - המשמעות הנוספת (דומה לטוש) בזכות דמיון הצליל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פשוטו=מילולי, מליצתו=מושאלת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בגלל הדמיון בצליל בין כתוש לכטוש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נוספות מהמשחק ולבקש מהתלמידים לנחש את הפשט והמליצה לפני מתן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בעצמם מילים נוספות בעלות כפל משמעות כהכנה לחלק היצירתי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בקבוצות ולתת ניקוד על כל ניחוש נכון, בדומה למבנה המקורי של המשחק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פשוטו מול מליצתו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תרגול זה נלמד על משחק המילים 'פשוטו מול מליצתו', שבו תמונה אחת מציגה גם את המובן המילולי של ביטוי וגם משמעות נוספת שנשמעת דומה. לדוגמה: שום כתוש (מרוסק) מצויר כך שהוא נראה כמו טוש, כי כָּתוּשׁ נשמע כמו כְּטוּשׁ.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'פשוטו' של ביטוי?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המשמעות המושאלת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המובן המילולי, מה שמצויר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חריזה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תרגום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'מליצתו' של ביטוי?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המובן המילולי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המשמעות הנוספת שמשתמשים בה בשפה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שום כתוש מצויר כמו טוש?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שום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כָּתוּשׁ נשמע כמו כְּטוּשׁ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טוש עשוי משום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קשר בין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דמיון יוצר את משחק המילים בדוגמת השום?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דמיון בצבע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דמיון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 בגודל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 בריח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מטרת המשחק 'פשוטו מול מליצתו' היא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לתרגל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לחדד את החשיבה על משמעויות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תאריכים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פשוטו ומליצתו הם תמיד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בדוגמת השום, המילה הנוספת שנוצרת היא 'טוש'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מילים כזה מתבסס על דמיון בצליל בין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בתמונה מצייר השום על הלוח בעזרת צבעי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כפל משמעות הוא כשלמילה אחת יש שתי פרשנויות אפשריות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מילה לכפל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שום כתוש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עוף, אך גם כינוי לדבר לא 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פרי, אך גם כינוי לדבר מגוחך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 חיים, אך גם כינוי לאדם לא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ברווז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נשמע כמו 'כטוש' - טוש לכתיבה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חמור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יכול להתפרש גם כמילת חיבה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פשוטו הוא המובן ה__________ של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מליצתו היא המשמעות ה__________ של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בדוגמה שלמדנו, שום כתוש מצויר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כשמילה אחת נשמעת כמו מילה אחרת,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כשלמילה יש שתי משמעויות שונות, קוראים לזה כפל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 על מילה או ביטוי בעברית שיש להם גם מובן מילולי וגם מובן נוסף (מליצתו). תארו איך הייתם מציירים אותם בתמונה אחת, כמו בדוגמת השום.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את ההבדל בין פשוטו למליצתו, תוך שימוש בדוגמת השום שלמדנו.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פשוטו למליצתו?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בעלת כפל משמעות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השום בתמונה נראה כמו טוש?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פשוטו מול מליצתו –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